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i w:val="0"/>
          <w:sz w:val="26"/>
        </w:rPr>
        <w:t>AUTORIZACIÓN NOTARIAL PARA SALIR DEL PAÍS</w:t>
      </w:r>
    </w:p>
    <w:p>
      <w:pPr>
        <w:spacing w:after="320"/>
        <w:jc w:val="center"/>
      </w:pPr>
      <w:r>
        <w:rPr>
          <w:b w:val="0"/>
          <w:i w:val="0"/>
          <w:color w:val="5A5A5A"/>
          <w:sz w:val="20"/>
        </w:rPr>
        <w:t>Niño, niña o adolescente · Artículo 49 de la Ley 16.618</w:t>
      </w:r>
    </w:p>
    <w:p>
      <w:pPr>
        <w:spacing w:after="200"/>
        <w:jc w:val="both"/>
      </w:pPr>
      <w:r>
        <w:rPr>
          <w:b w:val="0"/>
          <w:i w:val="0"/>
        </w:rPr>
        <w:t>En [ciudad], Chile, a [día] de [mes] de [año], [nombre completo de quien autoriza], cédula de identidad N° [número], de nacionalidad [nacionalidad], domiciliado(a) en [calle, número, comuna y región], en su calidad de [padre / madre / persona que tiene el cuidado personal del niño según resolución del [tribunal], de fecha [fecha], causa RIT [número]], [si autorizan ambos padres, agregar aquí los datos del otro padre o madre con el mismo formato], declara(n) que autoriza(n) a su [hijo / hija / niño, niña o adolescente bajo su cuidado personal]:</w:t>
      </w:r>
    </w:p>
    <w:p>
      <w:pPr>
        <w:spacing w:after="200"/>
        <w:jc w:val="both"/>
      </w:pPr>
      <w:r>
        <w:rPr>
          <w:b/>
          <w:i w:val="0"/>
        </w:rPr>
        <w:t>[Nombre completo del niño, niña o adolescente], cédula de identidad N° [número] o pasaporte N° [número], nacido(a) el [fecha de nacimiento],</w:t>
      </w:r>
    </w:p>
    <w:p>
      <w:pPr>
        <w:spacing w:after="160"/>
        <w:jc w:val="both"/>
      </w:pPr>
      <w:r>
        <w:rPr>
          <w:b w:val="0"/>
          <w:i w:val="0"/>
        </w:rPr>
        <w:t>para salir del territorio de la República de Chile en las siguientes condiciones (completar solo una opción y borrar la otra):</w:t>
      </w:r>
    </w:p>
    <w:p>
      <w:pPr>
        <w:spacing w:after="40"/>
      </w:pPr>
      <w:r>
        <w:rPr>
          <w:b/>
          <w:i w:val="0"/>
        </w:rPr>
        <w:t>Opción A. Un viaje</w:t>
      </w:r>
    </w:p>
    <w:p>
      <w:pPr>
        <w:spacing w:after="160"/>
        <w:jc w:val="both"/>
      </w:pPr>
      <w:r>
        <w:rPr>
          <w:b w:val="0"/>
          <w:i w:val="0"/>
        </w:rPr>
        <w:t>Con destino a [país o países], con fecha de salida el [fecha] y regreso el [fecha], en compañía de [nombre completo], cédula de identidad o pasaporte N° [número], quien es su [madre / padre / abuela / tío / profesor a cargo de la gira de estudios / otro]. [Si viaja sin acompañante, escribir: “viajando sin acompañante, bajo las condiciones de la empresa de transporte”.]</w:t>
      </w:r>
    </w:p>
    <w:p>
      <w:pPr>
        <w:spacing w:after="40"/>
      </w:pPr>
      <w:r>
        <w:rPr>
          <w:b/>
          <w:i w:val="0"/>
        </w:rPr>
        <w:t>Opción B. Varias salidas en un período</w:t>
      </w:r>
    </w:p>
    <w:p>
      <w:pPr>
        <w:spacing w:after="160"/>
        <w:jc w:val="both"/>
      </w:pPr>
      <w:r>
        <w:rPr>
          <w:b w:val="0"/>
          <w:i w:val="0"/>
        </w:rPr>
        <w:t>Las veces que sea necesario entre el [fecha de inicio] y el [fecha de término], en compañía de [nombre completo], cédula de identidad o pasaporte N° [número], quien es su [parentesco o relación].</w:t>
      </w:r>
    </w:p>
    <w:p>
      <w:pPr>
        <w:spacing w:after="560"/>
        <w:jc w:val="both"/>
      </w:pPr>
      <w:r>
        <w:rPr>
          <w:b w:val="0"/>
          <w:i w:val="0"/>
        </w:rPr>
        <w:t>Motivo del viaje (opcional): [turismo / estudios / gira de estudios / visita familiar / otro].</w:t>
      </w:r>
    </w:p>
    <w:p>
      <w:pPr>
        <w:spacing w:after="0"/>
        <w:jc w:val="center"/>
      </w:pPr>
      <w:r>
        <w:rPr>
          <w:b w:val="0"/>
          <w:i w:val="0"/>
        </w:rPr>
        <w:t>_______________________________________</w:t>
      </w:r>
    </w:p>
    <w:p>
      <w:pPr>
        <w:spacing w:after="0"/>
        <w:jc w:val="center"/>
      </w:pPr>
      <w:r>
        <w:rPr>
          <w:b w:val="0"/>
          <w:i w:val="0"/>
        </w:rPr>
        <w:t>[Nombre completo de quien autoriza]</w:t>
      </w:r>
    </w:p>
    <w:p>
      <w:pPr>
        <w:spacing w:after="480"/>
        <w:jc w:val="center"/>
      </w:pPr>
      <w:r>
        <w:rPr>
          <w:b w:val="0"/>
          <w:i w:val="0"/>
        </w:rPr>
        <w:t>Cédula de identidad N° [número]</w:t>
      </w:r>
    </w:p>
    <w:p>
      <w:pPr>
        <w:spacing w:after="480"/>
        <w:jc w:val="center"/>
      </w:pPr>
      <w:r>
        <w:rPr>
          <w:b w:val="0"/>
          <w:i/>
          <w:color w:val="5A5A5A"/>
        </w:rPr>
        <w:t>[Segunda firma, solo si autorizan ambos padres]</w:t>
      </w:r>
    </w:p>
    <w:p>
      <w:pPr>
        <w:spacing w:after="0"/>
        <w:jc w:val="center"/>
      </w:pPr>
      <w:r>
        <w:rPr>
          <w:b w:val="0"/>
          <w:i w:val="0"/>
        </w:rPr>
        <w:t>_______________________________________</w:t>
      </w:r>
    </w:p>
    <w:p>
      <w:pPr>
        <w:spacing w:after="0"/>
        <w:jc w:val="center"/>
      </w:pPr>
      <w:r>
        <w:rPr>
          <w:b w:val="0"/>
          <w:i w:val="0"/>
        </w:rPr>
        <w:t>[Nombre completo del segundo autorizante]</w:t>
      </w:r>
    </w:p>
    <w:p>
      <w:pPr>
        <w:spacing w:after="600"/>
        <w:jc w:val="center"/>
      </w:pPr>
      <w:r>
        <w:rPr>
          <w:b w:val="0"/>
          <w:i w:val="0"/>
        </w:rPr>
        <w:t>Cédula de identidad N° [número]</w:t>
      </w:r>
    </w:p>
    <w:p>
      <w:pPr>
        <w:spacing w:after="0"/>
        <w:jc w:val="center"/>
      </w:pPr>
      <w:r>
        <w:rPr>
          <w:b w:val="0"/>
          <w:i/>
          <w:color w:val="5A5A5A"/>
        </w:rPr>
        <w:t>[Espacio para la autorización de la firma por el notario]</w:t>
      </w:r>
    </w:p>
    <w:p>
      <w:pPr>
        <w:pageBreakBefore/>
      </w:pPr>
      <w:r>
        <w:drawing>
          <wp:inline xmlns:a="http://schemas.openxmlformats.org/drawingml/2006/main" xmlns:pic="http://schemas.openxmlformats.org/drawingml/2006/picture">
            <wp:extent cx="1980000" cy="293576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-original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980000" cy="2935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20"/>
      </w:pPr>
      <w:r>
        <w:rPr>
          <w:b/>
          <w:i w:val="0"/>
          <w:color w:val="004F9F"/>
          <w:sz w:val="22"/>
        </w:rPr>
        <w:t>Cómo usar este modelo (borra esta página antes de imprimir)</w:t>
      </w:r>
    </w:p>
    <w:p>
      <w:pPr>
        <w:spacing w:after="60"/>
      </w:pPr>
      <w:r>
        <w:rPr>
          <w:b w:val="0"/>
          <w:i w:val="0"/>
          <w:color w:val="5A5A5A"/>
          <w:sz w:val="19"/>
        </w:rPr>
        <w:t>• Fírmalo ante notario, en una notaría o con un notario a domicilio, o ante un cónsul de Chile si vives en el extranjero. Firmado solo a mano o con firma electrónica sin notario no cumple el artículo 49 de la Ley 16.618.</w:t>
      </w:r>
    </w:p>
    <w:p>
      <w:pPr>
        <w:spacing w:after="60"/>
      </w:pPr>
      <w:r>
        <w:rPr>
          <w:b w:val="0"/>
          <w:i w:val="0"/>
          <w:color w:val="5A5A5A"/>
          <w:sz w:val="19"/>
        </w:rPr>
        <w:t>• Si el niño viaja con uno de los padres, firma el otro. Si viaja sin ellos (solo, con familiares o en una gira de estudios), firman ambos. Si un juez entregó el cuidado personal, firma quien lo tiene y, si existe, el padre o la madre con relación directa y regular fijada por el tribunal.</w:t>
      </w:r>
    </w:p>
    <w:p>
      <w:pPr>
        <w:spacing w:after="60"/>
      </w:pPr>
      <w:r>
        <w:rPr>
          <w:b w:val="0"/>
          <w:i w:val="0"/>
          <w:color w:val="5A5A5A"/>
          <w:sz w:val="19"/>
        </w:rPr>
        <w:t>• Pide más de un original (Cancillería recomienda el triplicado) y saca tres fotocopias simples de la autorización y del certificado de nacimiento del niño. Guarda un original para el regreso.</w:t>
      </w:r>
    </w:p>
    <w:p>
      <w:pPr>
        <w:spacing w:after="60"/>
      </w:pPr>
      <w:r>
        <w:rPr>
          <w:b w:val="0"/>
          <w:i w:val="0"/>
          <w:color w:val="5A5A5A"/>
          <w:sz w:val="19"/>
        </w:rPr>
        <w:t>• El niño viaja con su pasaporte o cédula de identidad vigente, según el destino, y su certificado de nacimiento original, con los nombres del niño y de ambos padres.</w:t>
      </w:r>
    </w:p>
    <w:p>
      <w:pPr>
        <w:spacing w:after="60"/>
      </w:pPr>
      <w:r>
        <w:rPr>
          <w:b w:val="0"/>
          <w:i w:val="0"/>
          <w:color w:val="5A5A5A"/>
          <w:sz w:val="19"/>
        </w:rPr>
        <w:t>• Si eliges la opción B, escribe fechas de inicio y término claras. La autorización vale por el plazo que indiques, salvo que la revoques avisando a cualquier unidad policial.</w:t>
      </w:r>
    </w:p>
    <w:p>
      <w:pPr>
        <w:spacing w:after="60"/>
      </w:pPr>
      <w:r>
        <w:rPr>
          <w:b w:val="0"/>
          <w:i w:val="0"/>
          <w:color w:val="5A5A5A"/>
          <w:sz w:val="19"/>
        </w:rPr>
        <w:t>• Si firmas ante un notario extranjero, el documento necesita apostilla o legalización, y debe estar en español o traducido.</w:t>
      </w:r>
    </w:p>
    <w:p>
      <w:pPr>
        <w:spacing w:after="0"/>
      </w:pPr>
      <w:r>
        <w:rPr>
          <w:b w:val="0"/>
          <w:i/>
          <w:color w:val="5A5A5A"/>
          <w:sz w:val="17"/>
        </w:rPr>
        <w:t>Modelo de referencia de FirmaVirtual (firmavirtual.legal), actualizado en octubre de 2026. Es información general y no reemplaza la revisión de un abogado para tu caso.</w:t>
      </w:r>
    </w:p>
    <w:sectPr w:rsidR="00FC693F" w:rsidRPr="0006063C" w:rsidSect="00034616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